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0B557" w14:textId="77777777" w:rsidR="001F1AFC" w:rsidRPr="00791D68" w:rsidRDefault="001F1AFC" w:rsidP="00C11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-993" w:right="-149"/>
        <w:rPr>
          <w:rFonts w:ascii="Calibri" w:hAnsi="Calibri" w:cs="Calibri"/>
          <w:b/>
          <w:color w:val="FF0000"/>
          <w:sz w:val="28"/>
          <w:szCs w:val="28"/>
          <w:lang w:val="nl-NL"/>
        </w:rPr>
      </w:pPr>
      <w:r w:rsidRPr="00791D68">
        <w:rPr>
          <w:rFonts w:ascii="Calibri" w:hAnsi="Calibri" w:cs="Calibri"/>
          <w:b/>
          <w:color w:val="FF0000"/>
          <w:sz w:val="28"/>
          <w:szCs w:val="28"/>
          <w:lang w:val="nl-NL"/>
        </w:rPr>
        <w:t>Aanwijsdocument</w:t>
      </w:r>
    </w:p>
    <w:p w14:paraId="78C77781" w14:textId="68D8A254" w:rsidR="00010C52" w:rsidRPr="007F4E36" w:rsidRDefault="001F1AFC" w:rsidP="00E85D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-993" w:right="-149"/>
        <w:rPr>
          <w:rFonts w:ascii="Calibri" w:hAnsi="Calibri" w:cs="Calibri"/>
          <w:b/>
          <w:color w:val="FF0000"/>
          <w:sz w:val="24"/>
          <w:szCs w:val="24"/>
          <w:lang w:val="nl-NL"/>
        </w:rPr>
      </w:pPr>
      <w:r w:rsidRPr="00791D68">
        <w:rPr>
          <w:rFonts w:ascii="Calibri" w:hAnsi="Calibri" w:cs="Calibri"/>
          <w:b/>
          <w:color w:val="FF0000"/>
          <w:sz w:val="24"/>
          <w:szCs w:val="24"/>
          <w:lang w:val="nl-NL"/>
        </w:rPr>
        <w:t>Verantwoordelijkheid</w:t>
      </w:r>
      <w:r w:rsidR="00FC5754">
        <w:rPr>
          <w:rFonts w:ascii="Calibri" w:hAnsi="Calibri" w:cs="Calibri"/>
          <w:b/>
          <w:color w:val="FF0000"/>
          <w:sz w:val="24"/>
          <w:szCs w:val="24"/>
          <w:lang w:val="nl-NL"/>
        </w:rPr>
        <w:t xml:space="preserve"> </w:t>
      </w:r>
      <w:r w:rsidR="007F4E36">
        <w:rPr>
          <w:rFonts w:ascii="Calibri" w:hAnsi="Calibri" w:cs="Calibri"/>
          <w:b/>
          <w:color w:val="FF0000"/>
          <w:sz w:val="24"/>
          <w:szCs w:val="24"/>
          <w:lang w:val="nl-NL"/>
        </w:rPr>
        <w:t>binnenverlichting voor het adviseren, ontwerpen, installeren, inbedrijfstellen en onderhoud.</w:t>
      </w:r>
    </w:p>
    <w:p w14:paraId="22EFAC29" w14:textId="456EC263" w:rsidR="00C20EC4" w:rsidRPr="00791D68" w:rsidRDefault="007061BB" w:rsidP="00E85D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-993" w:right="-149"/>
        <w:rPr>
          <w:rFonts w:ascii="Calibri" w:hAnsi="Calibri" w:cs="Calibri"/>
          <w:i/>
          <w:iCs/>
          <w:sz w:val="24"/>
          <w:szCs w:val="24"/>
          <w:lang w:val="nl-NL"/>
        </w:rPr>
      </w:pPr>
      <w:r w:rsidRPr="00791D68">
        <w:rPr>
          <w:rFonts w:ascii="Calibri" w:hAnsi="Calibri" w:cs="Calibri"/>
          <w:i/>
          <w:iCs/>
          <w:sz w:val="24"/>
          <w:szCs w:val="24"/>
          <w:lang w:val="nl-NL"/>
        </w:rPr>
        <w:t>Aanwijzing als bed</w:t>
      </w:r>
      <w:r w:rsidR="001F1AFC" w:rsidRPr="00791D68">
        <w:rPr>
          <w:rFonts w:ascii="Calibri" w:hAnsi="Calibri" w:cs="Calibri"/>
          <w:i/>
          <w:iCs/>
          <w:sz w:val="24"/>
          <w:szCs w:val="24"/>
          <w:lang w:val="nl-NL"/>
        </w:rPr>
        <w:t xml:space="preserve">oeld </w:t>
      </w:r>
      <w:r w:rsidRPr="00791D68">
        <w:rPr>
          <w:rFonts w:ascii="Calibri" w:hAnsi="Calibri" w:cs="Calibri"/>
          <w:i/>
          <w:iCs/>
          <w:sz w:val="24"/>
          <w:szCs w:val="24"/>
          <w:lang w:val="nl-NL"/>
        </w:rPr>
        <w:t>voor het uitvoeren van werkzaamheden, zoals genoemd in</w:t>
      </w:r>
      <w:r w:rsidR="001F1AFC" w:rsidRPr="00791D68">
        <w:rPr>
          <w:rFonts w:ascii="Calibri" w:hAnsi="Calibri" w:cs="Calibri"/>
          <w:i/>
          <w:iCs/>
          <w:sz w:val="24"/>
          <w:szCs w:val="24"/>
          <w:lang w:val="nl-NL"/>
        </w:rPr>
        <w:t xml:space="preserve"> erkenningsregeling van InstallQ. Pagina 3, punt </w:t>
      </w:r>
      <w:r w:rsidR="009D4749">
        <w:rPr>
          <w:rFonts w:ascii="Calibri" w:hAnsi="Calibri" w:cs="Calibri"/>
          <w:i/>
          <w:iCs/>
          <w:sz w:val="24"/>
          <w:szCs w:val="24"/>
          <w:lang w:val="nl-NL"/>
        </w:rPr>
        <w:t>3.</w:t>
      </w:r>
      <w:r w:rsidR="007F4E36">
        <w:rPr>
          <w:rFonts w:ascii="Calibri" w:hAnsi="Calibri" w:cs="Calibri"/>
          <w:i/>
          <w:iCs/>
          <w:sz w:val="24"/>
          <w:szCs w:val="24"/>
          <w:lang w:val="nl-NL"/>
        </w:rPr>
        <w:t>2</w:t>
      </w:r>
      <w:r w:rsidR="009D4749">
        <w:rPr>
          <w:rFonts w:ascii="Calibri" w:hAnsi="Calibri" w:cs="Calibri"/>
          <w:i/>
          <w:iCs/>
          <w:sz w:val="24"/>
          <w:szCs w:val="24"/>
          <w:lang w:val="nl-NL"/>
        </w:rPr>
        <w:t>.2.</w:t>
      </w:r>
    </w:p>
    <w:p w14:paraId="339FA9BF" w14:textId="5A817F33" w:rsidR="00166FBA" w:rsidRPr="00166FBA" w:rsidRDefault="00166FBA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166FBA">
        <w:rPr>
          <w:rFonts w:ascii="Calibri" w:hAnsi="Calibri" w:cs="Calibri"/>
          <w:b/>
          <w:bCs/>
          <w:sz w:val="24"/>
          <w:szCs w:val="24"/>
          <w:lang w:val="nl-NL"/>
        </w:rPr>
        <w:t>Gegevens van de aanwijzende persoon</w:t>
      </w:r>
    </w:p>
    <w:p w14:paraId="0F3FC1FB" w14:textId="3EF0FF87" w:rsidR="00166FBA" w:rsidRPr="00166FBA" w:rsidRDefault="00166FBA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166FBA">
        <w:rPr>
          <w:rFonts w:ascii="Calibri" w:hAnsi="Calibri" w:cs="Calibri"/>
          <w:sz w:val="24"/>
          <w:szCs w:val="24"/>
          <w:lang w:val="nl-NL"/>
        </w:rPr>
        <w:t xml:space="preserve">Naam: </w:t>
      </w:r>
      <w:r w:rsidRPr="00791D68">
        <w:rPr>
          <w:rFonts w:ascii="Calibri" w:hAnsi="Calibri" w:cs="Calibri"/>
          <w:sz w:val="24"/>
          <w:szCs w:val="24"/>
          <w:lang w:val="nl-NL"/>
        </w:rPr>
        <w:t>_______________________________________</w:t>
      </w:r>
    </w:p>
    <w:p w14:paraId="1C017980" w14:textId="79EAD0A5" w:rsidR="00166FBA" w:rsidRPr="00166FBA" w:rsidRDefault="00166FBA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166FBA">
        <w:rPr>
          <w:rFonts w:ascii="Calibri" w:hAnsi="Calibri" w:cs="Calibri"/>
          <w:sz w:val="24"/>
          <w:szCs w:val="24"/>
          <w:lang w:val="nl-NL"/>
        </w:rPr>
        <w:t xml:space="preserve">Functie: </w:t>
      </w:r>
      <w:r w:rsidRPr="00791D68">
        <w:rPr>
          <w:rFonts w:ascii="Calibri" w:hAnsi="Calibri" w:cs="Calibri"/>
          <w:sz w:val="24"/>
          <w:szCs w:val="24"/>
          <w:lang w:val="nl-NL"/>
        </w:rPr>
        <w:t>_______________________________________</w:t>
      </w:r>
    </w:p>
    <w:p w14:paraId="37EAB9DA" w14:textId="77777777" w:rsidR="0082257C" w:rsidRPr="00791D68" w:rsidRDefault="0082257C" w:rsidP="0082257C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t>Met ingang van ___________  en is geldig tot  ___________</w:t>
      </w:r>
    </w:p>
    <w:p w14:paraId="42E8A401" w14:textId="77777777" w:rsidR="0082257C" w:rsidRPr="00791D68" w:rsidRDefault="0082257C" w:rsidP="0082257C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t>Deze aanwijzing geldt voor het volgende project __________________________  op de locatie  __________________________</w:t>
      </w:r>
    </w:p>
    <w:p w14:paraId="79478928" w14:textId="607D0E8A" w:rsidR="00166FBA" w:rsidRPr="00791D68" w:rsidRDefault="00166FBA" w:rsidP="00884ABA">
      <w:pPr>
        <w:ind w:left="-993" w:right="-149"/>
        <w:rPr>
          <w:rFonts w:ascii="Calibri" w:hAnsi="Calibri" w:cs="Calibri"/>
          <w:b/>
          <w:bCs/>
          <w:sz w:val="24"/>
          <w:szCs w:val="24"/>
          <w:lang w:val="nl-NL"/>
        </w:rPr>
      </w:pP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>Gegevens van de aangewezen persoon</w:t>
      </w:r>
    </w:p>
    <w:p w14:paraId="5FAC6740" w14:textId="77777777" w:rsidR="00C20EC4" w:rsidRPr="00791D68" w:rsidRDefault="007061BB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t>Naam: _______________________________________</w:t>
      </w:r>
    </w:p>
    <w:p w14:paraId="7401F197" w14:textId="77777777" w:rsidR="00C20EC4" w:rsidRPr="00791D68" w:rsidRDefault="007061BB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t>Personeelsnummer: _______________________________________</w:t>
      </w:r>
    </w:p>
    <w:p w14:paraId="099E2AEA" w14:textId="77777777" w:rsidR="00C20EC4" w:rsidRPr="00791D68" w:rsidRDefault="007061BB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t>Wordt door ondergetekende aangewezen als:</w:t>
      </w:r>
    </w:p>
    <w:p w14:paraId="13E10CA1" w14:textId="77777777" w:rsidR="00C20EC4" w:rsidRPr="00791D68" w:rsidRDefault="007061BB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Segoe UI Symbol" w:hAnsi="Segoe UI Symbol" w:cs="Segoe UI Symbol"/>
          <w:sz w:val="24"/>
          <w:szCs w:val="24"/>
          <w:lang w:val="nl-NL"/>
        </w:rPr>
        <w:t>☐</w:t>
      </w:r>
      <w:r w:rsidRPr="00791D68">
        <w:rPr>
          <w:rFonts w:ascii="Calibri" w:hAnsi="Calibri" w:cs="Calibri"/>
          <w:sz w:val="24"/>
          <w:szCs w:val="24"/>
          <w:lang w:val="nl-NL"/>
        </w:rPr>
        <w:t xml:space="preserve"> Voldoende onderricht persoon (VOP)</w:t>
      </w:r>
    </w:p>
    <w:p w14:paraId="3BAE4A1D" w14:textId="77777777" w:rsidR="00C20EC4" w:rsidRPr="00791D68" w:rsidRDefault="007061BB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Segoe UI Symbol" w:hAnsi="Segoe UI Symbol" w:cs="Segoe UI Symbol"/>
          <w:sz w:val="24"/>
          <w:szCs w:val="24"/>
          <w:lang w:val="nl-NL"/>
        </w:rPr>
        <w:t>☐</w:t>
      </w:r>
      <w:r w:rsidRPr="00791D68">
        <w:rPr>
          <w:rFonts w:ascii="Calibri" w:hAnsi="Calibri" w:cs="Calibri"/>
          <w:sz w:val="24"/>
          <w:szCs w:val="24"/>
          <w:lang w:val="nl-NL"/>
        </w:rPr>
        <w:t xml:space="preserve"> Vakbekwaam persoon (VP)</w:t>
      </w:r>
    </w:p>
    <w:p w14:paraId="285E1B45" w14:textId="77777777" w:rsidR="00C20EC4" w:rsidRPr="00791D68" w:rsidRDefault="007061BB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Segoe UI Symbol" w:hAnsi="Segoe UI Symbol" w:cs="Segoe UI Symbol"/>
          <w:sz w:val="24"/>
          <w:szCs w:val="24"/>
          <w:lang w:val="nl-NL"/>
        </w:rPr>
        <w:t>☐</w:t>
      </w:r>
      <w:r w:rsidRPr="00791D68">
        <w:rPr>
          <w:rFonts w:ascii="Calibri" w:hAnsi="Calibri" w:cs="Calibri"/>
          <w:sz w:val="24"/>
          <w:szCs w:val="24"/>
          <w:lang w:val="nl-NL"/>
        </w:rPr>
        <w:t xml:space="preserve"> Werkverantwoordelijke (WV)</w:t>
      </w:r>
    </w:p>
    <w:p w14:paraId="4A1C0C77" w14:textId="77777777" w:rsidR="003A5E5C" w:rsidRPr="00166FBA" w:rsidRDefault="003A5E5C" w:rsidP="00884ABA">
      <w:pPr>
        <w:spacing w:before="240" w:line="360" w:lineRule="auto"/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166FBA">
        <w:rPr>
          <w:rFonts w:ascii="Calibri" w:hAnsi="Calibri" w:cs="Calibri"/>
          <w:sz w:val="24"/>
          <w:szCs w:val="24"/>
          <w:lang w:val="nl-NL"/>
        </w:rPr>
        <w:t>Verantwoordelijkheden en bevoegdheden</w:t>
      </w:r>
      <w:r w:rsidRPr="00791D68">
        <w:rPr>
          <w:rFonts w:ascii="Calibri" w:hAnsi="Calibri" w:cs="Calibri"/>
          <w:sz w:val="24"/>
          <w:szCs w:val="24"/>
          <w:lang w:val="nl-NL"/>
        </w:rPr>
        <w:t>:</w:t>
      </w:r>
      <w:r w:rsidRPr="00166FBA">
        <w:rPr>
          <w:rFonts w:ascii="Calibri" w:hAnsi="Calibri" w:cs="Calibri"/>
          <w:sz w:val="24"/>
          <w:szCs w:val="24"/>
          <w:lang w:val="nl-NL"/>
        </w:rPr>
        <w:br/>
      </w:r>
      <w:r w:rsidRPr="00791D68">
        <w:rPr>
          <w:rFonts w:ascii="Calibri" w:hAnsi="Calibri" w:cs="Calibri"/>
          <w:sz w:val="24"/>
          <w:szCs w:val="24"/>
          <w:lang w:val="nl-NL"/>
        </w:rPr>
        <w:t>_______________________________________</w:t>
      </w:r>
    </w:p>
    <w:p w14:paraId="01AA506D" w14:textId="77777777" w:rsidR="003A5E5C" w:rsidRPr="00791D68" w:rsidRDefault="003A5E5C" w:rsidP="00884ABA">
      <w:pPr>
        <w:spacing w:line="360" w:lineRule="auto"/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166FBA">
        <w:rPr>
          <w:rFonts w:ascii="Calibri" w:hAnsi="Calibri" w:cs="Calibri"/>
          <w:sz w:val="24"/>
          <w:szCs w:val="24"/>
          <w:lang w:val="nl-NL"/>
        </w:rPr>
        <w:t>Werkzaamheden die mogen worden uitgevoerd</w:t>
      </w:r>
      <w:r w:rsidRPr="00791D68">
        <w:rPr>
          <w:rFonts w:ascii="Calibri" w:hAnsi="Calibri" w:cs="Calibri"/>
          <w:sz w:val="24"/>
          <w:szCs w:val="24"/>
          <w:lang w:val="nl-NL"/>
        </w:rPr>
        <w:t>:</w:t>
      </w:r>
      <w:r w:rsidRPr="00166FBA">
        <w:rPr>
          <w:rFonts w:ascii="Calibri" w:hAnsi="Calibri" w:cs="Calibri"/>
          <w:sz w:val="24"/>
          <w:szCs w:val="24"/>
          <w:lang w:val="nl-NL"/>
        </w:rPr>
        <w:br/>
      </w:r>
      <w:r w:rsidRPr="00791D68">
        <w:rPr>
          <w:rFonts w:ascii="Calibri" w:hAnsi="Calibri" w:cs="Calibri"/>
          <w:sz w:val="24"/>
          <w:szCs w:val="24"/>
          <w:lang w:val="nl-NL"/>
        </w:rPr>
        <w:t>_______________________________________</w:t>
      </w:r>
    </w:p>
    <w:p w14:paraId="5A72460A" w14:textId="77777777" w:rsidR="003A5E5C" w:rsidRPr="00166FBA" w:rsidRDefault="003A5E5C" w:rsidP="00884ABA">
      <w:pPr>
        <w:spacing w:line="360" w:lineRule="auto"/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166FBA">
        <w:rPr>
          <w:rFonts w:ascii="Calibri" w:hAnsi="Calibri" w:cs="Calibri"/>
          <w:sz w:val="24"/>
          <w:szCs w:val="24"/>
          <w:lang w:val="nl-NL"/>
        </w:rPr>
        <w:t>Beschikbare outillage en (persoonlijke) beschermingsmiddelen</w:t>
      </w:r>
      <w:r w:rsidRPr="00791D68">
        <w:rPr>
          <w:rFonts w:ascii="Calibri" w:hAnsi="Calibri" w:cs="Calibri"/>
          <w:sz w:val="24"/>
          <w:szCs w:val="24"/>
          <w:lang w:val="nl-NL"/>
        </w:rPr>
        <w:t>:</w:t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 xml:space="preserve"> </w:t>
      </w:r>
    </w:p>
    <w:p w14:paraId="6CF5E298" w14:textId="77777777" w:rsidR="003A5E5C" w:rsidRPr="00791D68" w:rsidRDefault="003A5E5C" w:rsidP="00884ABA">
      <w:pPr>
        <w:spacing w:line="360" w:lineRule="auto"/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t>_______________________________________</w:t>
      </w:r>
    </w:p>
    <w:p w14:paraId="7368E486" w14:textId="1DD58717" w:rsidR="008713A7" w:rsidRDefault="008713A7" w:rsidP="00884ABA">
      <w:pPr>
        <w:spacing w:after="0" w:line="240" w:lineRule="auto"/>
        <w:ind w:left="-992" w:right="-149"/>
        <w:rPr>
          <w:rFonts w:ascii="Calibri" w:hAnsi="Calibri" w:cs="Calibri"/>
          <w:sz w:val="24"/>
          <w:szCs w:val="24"/>
          <w:lang w:val="nl-NL"/>
        </w:rPr>
      </w:pPr>
      <w:r w:rsidRPr="008713A7">
        <w:rPr>
          <w:rFonts w:ascii="Calibri" w:hAnsi="Calibri" w:cs="Calibri"/>
          <w:sz w:val="24"/>
          <w:szCs w:val="24"/>
          <w:lang w:val="nl-NL"/>
        </w:rPr>
        <w:t>Ondergetekende verklaart dat hij/zij instemt met zijn/haar aanwijzing en de daarmee verbonden verantwoordelijkheden</w:t>
      </w:r>
      <w:r w:rsidR="00884ABA">
        <w:rPr>
          <w:rFonts w:ascii="Calibri" w:hAnsi="Calibri" w:cs="Calibri"/>
          <w:sz w:val="24"/>
          <w:szCs w:val="24"/>
          <w:lang w:val="nl-NL"/>
        </w:rPr>
        <w:t>.</w:t>
      </w:r>
    </w:p>
    <w:p w14:paraId="2321874A" w14:textId="77777777" w:rsidR="00884ABA" w:rsidRPr="00791D68" w:rsidRDefault="00884ABA" w:rsidP="00884ABA">
      <w:pPr>
        <w:spacing w:after="0" w:line="240" w:lineRule="auto"/>
        <w:ind w:left="-992" w:right="-149"/>
        <w:rPr>
          <w:rFonts w:ascii="Calibri" w:hAnsi="Calibri" w:cs="Calibri"/>
          <w:sz w:val="24"/>
          <w:szCs w:val="24"/>
          <w:lang w:val="nl-NL"/>
        </w:rPr>
      </w:pPr>
    </w:p>
    <w:p w14:paraId="7B77FADC" w14:textId="77D05399" w:rsidR="001F1AFC" w:rsidRPr="00791D68" w:rsidRDefault="001F1AFC" w:rsidP="00884ABA">
      <w:pPr>
        <w:spacing w:after="0"/>
        <w:ind w:left="-993" w:right="-149"/>
        <w:rPr>
          <w:rFonts w:ascii="Calibri" w:hAnsi="Calibri" w:cs="Calibri"/>
          <w:b/>
          <w:bCs/>
          <w:sz w:val="24"/>
          <w:szCs w:val="24"/>
          <w:lang w:val="nl-NL"/>
        </w:rPr>
      </w:pP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lastRenderedPageBreak/>
        <w:t>Handtekening</w:t>
      </w:r>
      <w:r w:rsidR="00F64BEE">
        <w:rPr>
          <w:rFonts w:ascii="Calibri" w:hAnsi="Calibri" w:cs="Calibri"/>
          <w:b/>
          <w:bCs/>
          <w:sz w:val="24"/>
          <w:szCs w:val="24"/>
          <w:lang w:val="nl-NL"/>
        </w:rPr>
        <w:t xml:space="preserve"> en </w:t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 xml:space="preserve">paraaf </w:t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ab/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ab/>
        <w:t>Handtekening</w:t>
      </w:r>
      <w:r w:rsidR="00F64BEE">
        <w:rPr>
          <w:rFonts w:ascii="Calibri" w:hAnsi="Calibri" w:cs="Calibri"/>
          <w:b/>
          <w:bCs/>
          <w:sz w:val="24"/>
          <w:szCs w:val="24"/>
          <w:lang w:val="nl-NL"/>
        </w:rPr>
        <w:t xml:space="preserve"> en </w:t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 xml:space="preserve">paraaf </w:t>
      </w:r>
    </w:p>
    <w:p w14:paraId="318E00DD" w14:textId="5F9ACB27" w:rsidR="001F1AFC" w:rsidRPr="00791D68" w:rsidRDefault="001F1AFC" w:rsidP="00884ABA">
      <w:pPr>
        <w:spacing w:after="0"/>
        <w:ind w:left="-993" w:right="-149"/>
        <w:rPr>
          <w:rFonts w:ascii="Calibri" w:hAnsi="Calibri" w:cs="Calibri"/>
          <w:b/>
          <w:bCs/>
          <w:sz w:val="24"/>
          <w:szCs w:val="24"/>
          <w:lang w:val="nl-NL"/>
        </w:rPr>
      </w:pP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>aanwijzende persoon:</w:t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ab/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ab/>
      </w:r>
      <w:r w:rsidRPr="00791D68">
        <w:rPr>
          <w:rFonts w:ascii="Calibri" w:hAnsi="Calibri" w:cs="Calibri"/>
          <w:b/>
          <w:bCs/>
          <w:sz w:val="24"/>
          <w:szCs w:val="24"/>
          <w:lang w:val="nl-NL"/>
        </w:rPr>
        <w:tab/>
        <w:t>aangewezen persoon:</w:t>
      </w:r>
    </w:p>
    <w:p w14:paraId="6101E5B6" w14:textId="77777777" w:rsidR="001F1AFC" w:rsidRPr="00791D68" w:rsidRDefault="001F1AFC" w:rsidP="00884ABA">
      <w:pPr>
        <w:spacing w:after="0"/>
        <w:ind w:left="-993" w:right="-149"/>
        <w:rPr>
          <w:rFonts w:ascii="Calibri" w:hAnsi="Calibri" w:cs="Calibri"/>
          <w:b/>
          <w:bCs/>
          <w:sz w:val="24"/>
          <w:szCs w:val="24"/>
          <w:lang w:val="nl-NL"/>
        </w:rPr>
      </w:pPr>
    </w:p>
    <w:p w14:paraId="50D01CC6" w14:textId="6564FF5D" w:rsidR="001F1AFC" w:rsidRPr="001F1AFC" w:rsidRDefault="001F1AFC" w:rsidP="00884ABA">
      <w:pPr>
        <w:ind w:left="-993" w:right="-149"/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t>__________________________</w:t>
      </w:r>
      <w:r w:rsidRPr="00791D68">
        <w:rPr>
          <w:rFonts w:ascii="Calibri" w:hAnsi="Calibri" w:cs="Calibri"/>
          <w:sz w:val="24"/>
          <w:szCs w:val="24"/>
          <w:lang w:val="nl-NL"/>
        </w:rPr>
        <w:tab/>
      </w:r>
      <w:r w:rsidRPr="00791D68">
        <w:rPr>
          <w:rFonts w:ascii="Calibri" w:hAnsi="Calibri" w:cs="Calibri"/>
          <w:sz w:val="24"/>
          <w:szCs w:val="24"/>
          <w:lang w:val="nl-NL"/>
        </w:rPr>
        <w:tab/>
        <w:t>__________________________</w:t>
      </w:r>
      <w:r w:rsidRPr="00791D68">
        <w:rPr>
          <w:rFonts w:ascii="Calibri" w:hAnsi="Calibri" w:cs="Calibri"/>
          <w:sz w:val="24"/>
          <w:szCs w:val="24"/>
          <w:lang w:val="nl-NL"/>
        </w:rPr>
        <w:tab/>
      </w:r>
      <w:r w:rsidRPr="00791D68">
        <w:rPr>
          <w:rFonts w:ascii="Calibri" w:hAnsi="Calibri" w:cs="Calibri"/>
          <w:sz w:val="24"/>
          <w:szCs w:val="24"/>
          <w:lang w:val="nl-NL"/>
        </w:rPr>
        <w:tab/>
      </w:r>
      <w:r w:rsidRPr="00791D68">
        <w:rPr>
          <w:rFonts w:ascii="Calibri" w:hAnsi="Calibri" w:cs="Calibri"/>
          <w:sz w:val="24"/>
          <w:szCs w:val="24"/>
          <w:lang w:val="nl-NL"/>
        </w:rPr>
        <w:tab/>
      </w:r>
    </w:p>
    <w:p w14:paraId="109C31CC" w14:textId="06BA8E45" w:rsidR="00E20876" w:rsidRPr="00F64BEE" w:rsidRDefault="00E20876" w:rsidP="004E75FF">
      <w:pPr>
        <w:ind w:left="-851"/>
        <w:rPr>
          <w:rFonts w:ascii="Calibri" w:hAnsi="Calibri" w:cs="Calibri"/>
          <w:sz w:val="24"/>
          <w:szCs w:val="24"/>
          <w:lang w:val="nl-NL"/>
        </w:rPr>
      </w:pPr>
      <w:r w:rsidRPr="004E75FF">
        <w:rPr>
          <w:rFonts w:ascii="Calibri" w:hAnsi="Calibri" w:cs="Calibri"/>
          <w:b/>
          <w:sz w:val="24"/>
          <w:szCs w:val="24"/>
          <w:lang w:val="nl-NL"/>
        </w:rPr>
        <w:t>Plaats</w:t>
      </w:r>
      <w:r w:rsidR="00F64BEE" w:rsidRPr="004E75FF">
        <w:rPr>
          <w:rFonts w:ascii="Calibri" w:hAnsi="Calibri" w:cs="Calibri"/>
          <w:b/>
          <w:sz w:val="24"/>
          <w:szCs w:val="24"/>
          <w:lang w:val="nl-NL"/>
        </w:rPr>
        <w:t>:</w:t>
      </w:r>
      <w:r w:rsidR="00F64BEE">
        <w:rPr>
          <w:rFonts w:ascii="Calibri" w:hAnsi="Calibri" w:cs="Calibri"/>
          <w:b/>
          <w:sz w:val="24"/>
          <w:szCs w:val="24"/>
          <w:lang w:val="nl-NL"/>
        </w:rPr>
        <w:t xml:space="preserve"> </w:t>
      </w:r>
      <w:r w:rsidR="00F64BEE" w:rsidRPr="004E75FF">
        <w:rPr>
          <w:rFonts w:ascii="Calibri" w:hAnsi="Calibri" w:cs="Calibri"/>
          <w:sz w:val="24"/>
          <w:szCs w:val="24"/>
          <w:lang w:val="nl-NL"/>
        </w:rPr>
        <w:t>_____________________</w:t>
      </w:r>
      <w:r w:rsidR="00F64BEE" w:rsidRPr="004E75FF">
        <w:rPr>
          <w:rFonts w:ascii="Calibri" w:hAnsi="Calibri" w:cs="Calibri"/>
          <w:b/>
          <w:sz w:val="24"/>
          <w:szCs w:val="24"/>
          <w:lang w:val="nl-NL"/>
        </w:rPr>
        <w:tab/>
        <w:t>Plaats:</w:t>
      </w:r>
      <w:r w:rsidR="00F64BEE">
        <w:rPr>
          <w:rFonts w:ascii="Calibri" w:hAnsi="Calibri" w:cs="Calibri"/>
          <w:b/>
          <w:sz w:val="24"/>
          <w:szCs w:val="24"/>
          <w:lang w:val="nl-NL"/>
        </w:rPr>
        <w:t xml:space="preserve"> </w:t>
      </w:r>
      <w:r w:rsidR="00F64BEE">
        <w:rPr>
          <w:rFonts w:ascii="Calibri" w:hAnsi="Calibri" w:cs="Calibri"/>
          <w:sz w:val="24"/>
          <w:szCs w:val="24"/>
          <w:lang w:val="nl-NL"/>
        </w:rPr>
        <w:t>____________________</w:t>
      </w:r>
    </w:p>
    <w:p w14:paraId="5BEDD600" w14:textId="45ECB071" w:rsidR="00E20876" w:rsidRPr="00F64BEE" w:rsidRDefault="00E20876" w:rsidP="004E75FF">
      <w:pPr>
        <w:ind w:left="-851"/>
        <w:rPr>
          <w:rFonts w:ascii="Calibri" w:hAnsi="Calibri" w:cs="Calibri"/>
          <w:sz w:val="24"/>
          <w:szCs w:val="24"/>
          <w:lang w:val="nl-NL"/>
        </w:rPr>
      </w:pPr>
      <w:r w:rsidRPr="004E75FF">
        <w:rPr>
          <w:rFonts w:ascii="Calibri" w:hAnsi="Calibri" w:cs="Calibri"/>
          <w:b/>
          <w:sz w:val="24"/>
          <w:szCs w:val="24"/>
          <w:lang w:val="nl-NL"/>
        </w:rPr>
        <w:t>Datum</w:t>
      </w:r>
      <w:r w:rsidR="00F64BEE" w:rsidRPr="004E75FF">
        <w:rPr>
          <w:rFonts w:ascii="Calibri" w:hAnsi="Calibri" w:cs="Calibri"/>
          <w:b/>
          <w:sz w:val="24"/>
          <w:szCs w:val="24"/>
          <w:lang w:val="nl-NL"/>
        </w:rPr>
        <w:t>:</w:t>
      </w:r>
      <w:r w:rsidR="00F64BEE">
        <w:rPr>
          <w:rFonts w:ascii="Calibri" w:hAnsi="Calibri" w:cs="Calibri"/>
          <w:b/>
          <w:sz w:val="24"/>
          <w:szCs w:val="24"/>
          <w:lang w:val="nl-NL"/>
        </w:rPr>
        <w:t xml:space="preserve"> </w:t>
      </w:r>
      <w:r w:rsidR="00F64BEE" w:rsidRPr="004E75FF">
        <w:rPr>
          <w:rFonts w:ascii="Calibri" w:hAnsi="Calibri" w:cs="Calibri"/>
          <w:sz w:val="24"/>
          <w:szCs w:val="24"/>
          <w:lang w:val="nl-NL"/>
        </w:rPr>
        <w:t>_____________________</w:t>
      </w:r>
      <w:r w:rsidR="00F64BEE" w:rsidRPr="004E75FF">
        <w:rPr>
          <w:rFonts w:ascii="Calibri" w:hAnsi="Calibri" w:cs="Calibri"/>
          <w:b/>
          <w:sz w:val="24"/>
          <w:szCs w:val="24"/>
          <w:lang w:val="nl-NL"/>
        </w:rPr>
        <w:tab/>
        <w:t>Datum:</w:t>
      </w:r>
      <w:r w:rsidR="00F64BEE">
        <w:rPr>
          <w:rFonts w:ascii="Calibri" w:hAnsi="Calibri" w:cs="Calibri"/>
          <w:b/>
          <w:sz w:val="24"/>
          <w:szCs w:val="24"/>
          <w:lang w:val="nl-NL"/>
        </w:rPr>
        <w:t xml:space="preserve"> </w:t>
      </w:r>
      <w:r w:rsidR="00F64BEE">
        <w:rPr>
          <w:rFonts w:ascii="Calibri" w:hAnsi="Calibri" w:cs="Calibri"/>
          <w:sz w:val="24"/>
          <w:szCs w:val="24"/>
          <w:lang w:val="nl-NL"/>
        </w:rPr>
        <w:t>____________________</w:t>
      </w:r>
    </w:p>
    <w:p w14:paraId="0D22F706" w14:textId="4C36372C" w:rsidR="00C20EC4" w:rsidRPr="00791D68" w:rsidRDefault="007061BB">
      <w:pPr>
        <w:rPr>
          <w:rFonts w:ascii="Calibri" w:hAnsi="Calibri" w:cs="Calibri"/>
          <w:sz w:val="24"/>
          <w:szCs w:val="24"/>
          <w:lang w:val="nl-NL"/>
        </w:rPr>
      </w:pPr>
      <w:r w:rsidRPr="00791D68">
        <w:rPr>
          <w:rFonts w:ascii="Calibri" w:hAnsi="Calibri" w:cs="Calibri"/>
          <w:sz w:val="24"/>
          <w:szCs w:val="24"/>
          <w:lang w:val="nl-NL"/>
        </w:rPr>
        <w:br/>
      </w:r>
      <w:r w:rsidRPr="00791D68">
        <w:rPr>
          <w:rFonts w:ascii="Calibri" w:hAnsi="Calibri" w:cs="Calibri"/>
          <w:sz w:val="24"/>
          <w:szCs w:val="24"/>
          <w:lang w:val="nl-NL"/>
        </w:rPr>
        <w:br/>
      </w:r>
      <w:r w:rsidRPr="00791D68">
        <w:rPr>
          <w:rFonts w:ascii="Calibri" w:hAnsi="Calibri" w:cs="Calibri"/>
          <w:sz w:val="24"/>
          <w:szCs w:val="24"/>
          <w:lang w:val="nl-NL"/>
        </w:rPr>
        <w:br/>
      </w:r>
    </w:p>
    <w:sectPr w:rsidR="00C20EC4" w:rsidRPr="00791D68" w:rsidSect="00C11A40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42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9AFAF" w14:textId="77777777" w:rsidR="00A60474" w:rsidRDefault="00A60474" w:rsidP="00C11A40">
      <w:pPr>
        <w:spacing w:after="0" w:line="240" w:lineRule="auto"/>
      </w:pPr>
      <w:r>
        <w:separator/>
      </w:r>
    </w:p>
  </w:endnote>
  <w:endnote w:type="continuationSeparator" w:id="0">
    <w:p w14:paraId="4D9CF49E" w14:textId="77777777" w:rsidR="00A60474" w:rsidRDefault="00A60474" w:rsidP="00C11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5E61B" w14:textId="5E073268" w:rsidR="00C11A40" w:rsidRPr="004E75FF" w:rsidRDefault="00F64BEE" w:rsidP="004E75FF">
    <w:pPr>
      <w:pStyle w:val="Voettekst"/>
      <w:tabs>
        <w:tab w:val="left" w:pos="7513"/>
      </w:tabs>
      <w:ind w:left="-993"/>
      <w:rPr>
        <w:rFonts w:ascii="Arial" w:hAnsi="Arial" w:cs="Arial"/>
        <w:i/>
        <w:sz w:val="18"/>
        <w:szCs w:val="18"/>
        <w:lang w:val="nl-NL"/>
      </w:rPr>
    </w:pPr>
    <w:r w:rsidRPr="004E75FF">
      <w:rPr>
        <w:rFonts w:ascii="Arial" w:hAnsi="Arial" w:cs="Arial"/>
        <w:i/>
        <w:sz w:val="18"/>
        <w:szCs w:val="18"/>
        <w:lang w:val="nl-NL"/>
      </w:rPr>
      <w:t xml:space="preserve">Aanwijsdocument InstallQ d.d. juli 2025 </w:t>
    </w:r>
    <w:r w:rsidRPr="004E75FF">
      <w:rPr>
        <w:rFonts w:ascii="Arial" w:hAnsi="Arial" w:cs="Arial"/>
        <w:i/>
        <w:sz w:val="18"/>
        <w:szCs w:val="18"/>
        <w:lang w:val="nl-NL"/>
      </w:rPr>
      <w:tab/>
    </w:r>
    <w:r w:rsidRPr="004E75FF">
      <w:rPr>
        <w:rFonts w:ascii="Arial" w:hAnsi="Arial" w:cs="Arial"/>
        <w:i/>
        <w:sz w:val="18"/>
        <w:szCs w:val="18"/>
        <w:lang w:val="nl-NL"/>
      </w:rPr>
      <w:tab/>
      <w:t>Pag.</w:t>
    </w:r>
    <w:r w:rsidRPr="004E75FF">
      <w:rPr>
        <w:rFonts w:ascii="Arial" w:hAnsi="Arial" w:cs="Arial"/>
        <w:i/>
        <w:sz w:val="18"/>
        <w:szCs w:val="18"/>
        <w:lang w:val="nl-NL"/>
      </w:rPr>
      <w:fldChar w:fldCharType="begin"/>
    </w:r>
    <w:r w:rsidRPr="004E75FF">
      <w:rPr>
        <w:rFonts w:ascii="Arial" w:hAnsi="Arial" w:cs="Arial"/>
        <w:i/>
        <w:sz w:val="18"/>
        <w:szCs w:val="18"/>
        <w:lang w:val="nl-NL"/>
      </w:rPr>
      <w:instrText xml:space="preserve"> PAGE   \* MERGEFORMAT </w:instrText>
    </w:r>
    <w:r w:rsidRPr="004E75FF">
      <w:rPr>
        <w:rFonts w:ascii="Arial" w:hAnsi="Arial" w:cs="Arial"/>
        <w:i/>
        <w:sz w:val="18"/>
        <w:szCs w:val="18"/>
        <w:lang w:val="nl-NL"/>
      </w:rPr>
      <w:fldChar w:fldCharType="separate"/>
    </w:r>
    <w:r w:rsidR="009D4749">
      <w:rPr>
        <w:rFonts w:ascii="Arial" w:hAnsi="Arial" w:cs="Arial"/>
        <w:i/>
        <w:noProof/>
        <w:sz w:val="18"/>
        <w:szCs w:val="18"/>
        <w:lang w:val="nl-NL"/>
      </w:rPr>
      <w:t>2</w:t>
    </w:r>
    <w:r w:rsidRPr="004E75FF">
      <w:rPr>
        <w:rFonts w:ascii="Arial" w:hAnsi="Arial" w:cs="Arial"/>
        <w:i/>
        <w:sz w:val="18"/>
        <w:szCs w:val="18"/>
        <w:lang w:val="nl-NL"/>
      </w:rPr>
      <w:fldChar w:fldCharType="end"/>
    </w:r>
    <w:r w:rsidRPr="004E75FF">
      <w:rPr>
        <w:rFonts w:ascii="Arial" w:hAnsi="Arial" w:cs="Arial"/>
        <w:i/>
        <w:sz w:val="18"/>
        <w:szCs w:val="18"/>
        <w:lang w:val="nl-NL"/>
      </w:rPr>
      <w:t xml:space="preserve"> van </w:t>
    </w:r>
    <w:r w:rsidRPr="004E75FF">
      <w:rPr>
        <w:rFonts w:ascii="Arial" w:hAnsi="Arial" w:cs="Arial"/>
        <w:i/>
        <w:sz w:val="18"/>
        <w:szCs w:val="18"/>
        <w:lang w:val="nl-NL"/>
      </w:rPr>
      <w:fldChar w:fldCharType="begin"/>
    </w:r>
    <w:r w:rsidRPr="004E75FF">
      <w:rPr>
        <w:rFonts w:ascii="Arial" w:hAnsi="Arial" w:cs="Arial"/>
        <w:i/>
        <w:sz w:val="18"/>
        <w:szCs w:val="18"/>
        <w:lang w:val="nl-NL"/>
      </w:rPr>
      <w:instrText xml:space="preserve"> NUMPAGES   \* MERGEFORMAT </w:instrText>
    </w:r>
    <w:r w:rsidRPr="004E75FF">
      <w:rPr>
        <w:rFonts w:ascii="Arial" w:hAnsi="Arial" w:cs="Arial"/>
        <w:i/>
        <w:sz w:val="18"/>
        <w:szCs w:val="18"/>
        <w:lang w:val="nl-NL"/>
      </w:rPr>
      <w:fldChar w:fldCharType="separate"/>
    </w:r>
    <w:r w:rsidR="009D4749">
      <w:rPr>
        <w:rFonts w:ascii="Arial" w:hAnsi="Arial" w:cs="Arial"/>
        <w:i/>
        <w:noProof/>
        <w:sz w:val="18"/>
        <w:szCs w:val="18"/>
        <w:lang w:val="nl-NL"/>
      </w:rPr>
      <w:t>2</w:t>
    </w:r>
    <w:r w:rsidRPr="004E75FF">
      <w:rPr>
        <w:rFonts w:ascii="Arial" w:hAnsi="Arial" w:cs="Arial"/>
        <w:i/>
        <w:sz w:val="18"/>
        <w:szCs w:val="18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F14B2" w14:textId="77777777" w:rsidR="00A60474" w:rsidRDefault="00A60474" w:rsidP="00C11A40">
      <w:pPr>
        <w:spacing w:after="0" w:line="240" w:lineRule="auto"/>
      </w:pPr>
      <w:r>
        <w:separator/>
      </w:r>
    </w:p>
  </w:footnote>
  <w:footnote w:type="continuationSeparator" w:id="0">
    <w:p w14:paraId="6683DED6" w14:textId="77777777" w:rsidR="00A60474" w:rsidRDefault="00A60474" w:rsidP="00C11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DDC5" w14:textId="746186D7" w:rsidR="00C11A40" w:rsidRDefault="00000000">
    <w:pPr>
      <w:pStyle w:val="Koptekst"/>
    </w:pPr>
    <w:r>
      <w:rPr>
        <w:noProof/>
      </w:rPr>
      <w:pict w14:anchorId="5C7ED6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583235" o:spid="_x0000_s1033" type="#_x0000_t75" style="position:absolute;margin-left:0;margin-top:0;width:567.4pt;height:340.3pt;z-index:-251657216;mso-position-horizontal:center;mso-position-horizontal-relative:margin;mso-position-vertical:center;mso-position-vertical-relative:margin" o:allowincell="f">
          <v:imagedata r:id="rId1" o:title="InstallQ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1A72" w14:textId="08FD718E" w:rsidR="00C11A40" w:rsidRDefault="00000000">
    <w:pPr>
      <w:pStyle w:val="Koptekst"/>
    </w:pPr>
    <w:r>
      <w:rPr>
        <w:noProof/>
      </w:rPr>
      <w:pict w14:anchorId="7DFA00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583236" o:spid="_x0000_s1034" type="#_x0000_t75" style="position:absolute;margin-left:0;margin-top:0;width:567.4pt;height:340.3pt;z-index:-251656192;mso-position-horizontal:center;mso-position-horizontal-relative:margin;mso-position-vertical:center;mso-position-vertical-relative:margin" o:allowincell="f">
          <v:imagedata r:id="rId1" o:title="InstallQ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FBC1" w14:textId="6D42EF46" w:rsidR="00C11A40" w:rsidRDefault="00000000">
    <w:pPr>
      <w:pStyle w:val="Koptekst"/>
    </w:pPr>
    <w:r>
      <w:rPr>
        <w:noProof/>
      </w:rPr>
      <w:pict w14:anchorId="3BE251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583234" o:spid="_x0000_s1032" type="#_x0000_t75" style="position:absolute;margin-left:0;margin-top:0;width:567.4pt;height:340.3pt;z-index:-251658240;mso-position-horizontal:center;mso-position-horizontal-relative:margin;mso-position-vertical:center;mso-position-vertical-relative:margin" o:allowincell="f">
          <v:imagedata r:id="rId1" o:title="InstallQ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87195"/>
    <w:multiLevelType w:val="multilevel"/>
    <w:tmpl w:val="80C4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7131BD"/>
    <w:multiLevelType w:val="multilevel"/>
    <w:tmpl w:val="D9D4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850222">
    <w:abstractNumId w:val="8"/>
  </w:num>
  <w:num w:numId="2" w16cid:durableId="1428959152">
    <w:abstractNumId w:val="6"/>
  </w:num>
  <w:num w:numId="3" w16cid:durableId="11028935">
    <w:abstractNumId w:val="5"/>
  </w:num>
  <w:num w:numId="4" w16cid:durableId="1458599437">
    <w:abstractNumId w:val="4"/>
  </w:num>
  <w:num w:numId="5" w16cid:durableId="1880042742">
    <w:abstractNumId w:val="7"/>
  </w:num>
  <w:num w:numId="6" w16cid:durableId="313609716">
    <w:abstractNumId w:val="3"/>
  </w:num>
  <w:num w:numId="7" w16cid:durableId="456677564">
    <w:abstractNumId w:val="2"/>
  </w:num>
  <w:num w:numId="8" w16cid:durableId="818500407">
    <w:abstractNumId w:val="1"/>
  </w:num>
  <w:num w:numId="9" w16cid:durableId="1955556496">
    <w:abstractNumId w:val="0"/>
  </w:num>
  <w:num w:numId="10" w16cid:durableId="327177351">
    <w:abstractNumId w:val="10"/>
  </w:num>
  <w:num w:numId="11" w16cid:durableId="7650065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0C52"/>
    <w:rsid w:val="00034616"/>
    <w:rsid w:val="00037F48"/>
    <w:rsid w:val="0006063C"/>
    <w:rsid w:val="000D083D"/>
    <w:rsid w:val="0015074B"/>
    <w:rsid w:val="00166FBA"/>
    <w:rsid w:val="001E7F99"/>
    <w:rsid w:val="001F1AFC"/>
    <w:rsid w:val="0029639D"/>
    <w:rsid w:val="00326F90"/>
    <w:rsid w:val="003524A2"/>
    <w:rsid w:val="003A5E5C"/>
    <w:rsid w:val="004E75FF"/>
    <w:rsid w:val="005E3C0F"/>
    <w:rsid w:val="006B2010"/>
    <w:rsid w:val="007034DF"/>
    <w:rsid w:val="007061BB"/>
    <w:rsid w:val="00791D68"/>
    <w:rsid w:val="007F4E36"/>
    <w:rsid w:val="0080668F"/>
    <w:rsid w:val="0082257C"/>
    <w:rsid w:val="00850A9C"/>
    <w:rsid w:val="008713A7"/>
    <w:rsid w:val="00884ABA"/>
    <w:rsid w:val="008D0A75"/>
    <w:rsid w:val="0091481F"/>
    <w:rsid w:val="009D4749"/>
    <w:rsid w:val="00A60474"/>
    <w:rsid w:val="00A64729"/>
    <w:rsid w:val="00AA1D8D"/>
    <w:rsid w:val="00AD28DA"/>
    <w:rsid w:val="00B47730"/>
    <w:rsid w:val="00C11A40"/>
    <w:rsid w:val="00C20EC4"/>
    <w:rsid w:val="00CB0664"/>
    <w:rsid w:val="00E20876"/>
    <w:rsid w:val="00E8586A"/>
    <w:rsid w:val="00E85D1B"/>
    <w:rsid w:val="00EA46D0"/>
    <w:rsid w:val="00F223AF"/>
    <w:rsid w:val="00F64BEE"/>
    <w:rsid w:val="00FC57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939E35"/>
  <w14:defaultImageDpi w14:val="300"/>
  <w15:docId w15:val="{ECE74210-363C-456D-8147-6C29A493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F64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4BEE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4E75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9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69413B-2918-4327-B473-7C2B9A825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Claudia Vijverberg</cp:lastModifiedBy>
  <cp:revision>2</cp:revision>
  <cp:lastPrinted>2025-07-28T07:40:00Z</cp:lastPrinted>
  <dcterms:created xsi:type="dcterms:W3CDTF">2025-07-29T07:08:00Z</dcterms:created>
  <dcterms:modified xsi:type="dcterms:W3CDTF">2025-07-29T07:08:00Z</dcterms:modified>
  <cp:category/>
</cp:coreProperties>
</file>